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Small clues smaller crowds</w:t>
      </w:r>
    </w:p>
    <w:p>
      <w:r>
        <w:t>Year 2 student investigation</w:t>
      </w:r>
    </w:p>
    <w:p>
      <w:r>
        <w:t>One clue fits many make-believe people. What happens when clues join?</w:t>
      </w:r>
    </w:p>
    <w:p>
      <w:pPr>
        <w:pStyle w:val="Heading1"/>
      </w:pPr>
      <w:r>
        <w:t>My guess</w:t>
      </w:r>
    </w:p>
    <w:p>
      <w:r>
        <w:t>Point, draw or tell a grown-up what you think will happen.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pPr>
        <w:pStyle w:val="Heading1"/>
      </w:pPr>
      <w:r>
        <w:t>What we tried</w:t>
      </w:r>
    </w:p>
    <w:p>
      <w:r>
        <w:t>Draw the arrows, objects or clues we changed.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pPr>
        <w:pStyle w:val="Heading1"/>
      </w:pPr>
      <w:r>
        <w:t>What I noticed</w:t>
      </w:r>
    </w:p>
    <w:p>
      <w:r>
        <w:t>Show what happened. Tell your partner what surprised you.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r>
        <w:t>A grown-up can write my words. My first guess does not need to be right.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clues, smaller crowds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