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 map of almostright books</w:t>
      </w:r>
    </w:p>
    <w:p>
      <w:r>
        <w:t>Year 5 student investigation</w:t>
      </w:r>
    </w:p>
    <w:p>
      <w:r>
        <w:t>What makes a book similar enough to recommend?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Define two book features and a reader need. Find a recommendation that is close but unsuitable.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map of almost-right books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