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expeditions shrinking memory</w:t>
      </w:r>
    </w:p>
    <w:p>
      <w:r>
        <w:t>Year 6 student investigation</w:t>
      </w:r>
    </w:p>
    <w:p>
      <w:r>
        <w:t>What must survive when a briefing becomes shorter?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Write your own six-line briefing. Preserve a condition under a word budget and test the resulting answer.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expedition’s shrinking memory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