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 claim needs somewhere to stand</w:t>
      </w:r>
    </w:p>
    <w:p>
      <w:r>
        <w:t>Year 6 student investigation</w:t>
      </w:r>
    </w:p>
    <w:p>
      <w:r>
        <w:t>Which passage supports each part of your claim?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Author three claims and attach exact passages. Include a number, a condition and an unsupported assertion.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claim needs somewhere to stand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