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reef that regrouped itself</w:t>
      </w:r>
    </w:p>
    <w:p>
      <w:r>
        <w:t>Year 9 student investigation</w:t>
      </w:r>
    </w:p>
    <w:p>
      <w:r>
        <w:t>How much do the groups depend on your choices?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Author a small feature table and compare cluster assignments under alternative scales and starting centres.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reef that regrouped itself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